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2F9E44"/>
          <w:sz w:val="40"/>
          <w:rtl/>
          <w:szCs w:val="40"/>
          <w:bCs/>
        </w:rPr>
        <w:t>📚 אוצר מילים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העשרת אוצר מילים: נרדפות, הפכים, ביטויים והגדרות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2f9e4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2f9e4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2f9e4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🤝 מילה נרדפת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מילה נרדפת למילה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2 מילים נרדפות וכתבו מה ההבדל הקטן ביניהן.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החליפו 3 מילים בפסקה במילים נרדפות – האם המשמעות השתנתה?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↔️ הפך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הפך למילה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מילה והפך שלה.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 מנוגדים על אותו מצב בעזרת 4 זוגות הפכים.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✍️ משפט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מילה חדשה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משפטים: באחד המילה בהקשר שבטקסט ובשני בהקשר אחר.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קצרה עם 4 מילים חדשות מהטקסט.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🎨 ציור ותנועה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הציגו מילה בתנועה – והקבוצה מנחשת.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ציירו מילה מהטקסט בלי לכתוב אותה.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המחיזו בזוגות מצב שבו משתמשים במילה.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💬 צירוף וביטוי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צירוף של 2 מילים בטקסט (כמו "ספסל עץ").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ביטוי מוכר (כמו "על קצה המזלג").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ביטוי והסבירו את המשמעות המילולית מול המשמעות המושאלת.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📘 הגדרה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מילה מהטקסט במילים שלכם.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הגדרה כמו במילון: מה זה + דוגמה.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צרו כרטיס מילה: הגדרה, נרדפת, הפך, משפט וציור.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2F9E44"/>
          <w:sz w:val="40"/>
          <w:rtl/>
          <w:szCs w:val="40"/>
          <w:bCs/>
        </w:rPr>
        <w:t>📚 אוצר מילים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2f9e4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🤝 מילה נרדפת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מילה נרדפת למילה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↔️ הפך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הפך למילה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✍️ משפט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משפט עם מילה חדשה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🎨 ציור ותנועה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הציגו מילה בתנועה – והקבוצה מנחשת.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💬 צירוף וביטוי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צירוף של 2 מילים בטקסט (כמו "ספסל עץ").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📘 הגדרה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הסבירו מילה מהטקסט במילים שלכם.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2F9E44"/>
          <w:sz w:val="40"/>
          <w:rtl/>
          <w:szCs w:val="40"/>
          <w:bCs/>
        </w:rPr>
        <w:t>📚 אוצר מילים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🤝 מילה נרדפת – מילה עם אותה משמעות   |   ↔️ הפך – מילה עם משמעות הפוכה   |   💬 ביטוי – כמה מילים עם משמעות מיוחדת   |   📘 הגדרה – הסבר של מילה   |   📕 מילון – ספר של מילים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2f9e4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🤝 מילה נרדפת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מילה נרדפת למילה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↔️ הפך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הפך למילה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✍️ משפט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משפט עם מילה חדשה מהטקסט.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🎨 ציור ותנועה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הציגו מילה בתנועה – והקבוצה מנחשת.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💬 צירוף וביטוי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צירוף של 2 מילים בטקסט (כמו "ספסל עץ").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📘 הגדרה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הסבירו מילה מהטקסט במילים שלכם.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אוצר מילים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