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E64980"/>
          <w:sz w:val="40"/>
          <w:rtl/>
          <w:szCs w:val="40"/>
          <w:bCs/>
        </w:rPr>
        <w:t>🔤 קוביית צלילי הניקוד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תנועות הניקוד וקריאת הברות ומילים מנוקדות (כיתות א׳–ב׳)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e6498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קוראים הברות</w:t>
            </w:r>
          </w:p>
        </w:tc>
        <w:tc>
          <w:tcPr>
            <w:tcW w:type="dxa" w:w="3591"/>
            <w:shd w:val="clear" w:fill="e6498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מוצאים מילה</w:t>
            </w:r>
          </w:p>
        </w:tc>
        <w:tc>
          <w:tcPr>
            <w:tcW w:type="dxa" w:w="3591"/>
            <w:shd w:val="clear" w:fill="e6498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כותבים ומנקדים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אַ אַ – קָמָץ וּפַתָּח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קראו: בָּ – מַ – לָ – דַּ – תָּ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עם הצליל "אַ" (כמו: אַבָּא).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מילה עם קמץ ומילה עם פתח (כמו: יָד, גַּן).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אֶ אֶ – צֵירֵי וּסֶגּוֹל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קראו: בֵּ – מֶ – לֵ – סֶ – רֵ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עם הצליל "אֶ" (כמו: אֶרֶץ).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מילה עם צירי ומילה עם סגול (כמו: עֵץ, יֶלֶד).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אִ אִי – חִירִיק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קראו: בִּי – מִי – לִי – סִי – דִּי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עם הצליל "אִי" (כמו: שִׁיר).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2 מילים עם חיריק (כמו: שִׁיר, עִיר).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אוֹ אוֹ – חוֹלָם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קראו: בּוֹ – מוֹ – לוֹ – סוֹ – דּוֹ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עם הצליל "אוֹ" (כמו: אוֹר).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2 מילים עם חולם (כמו: אוֹר, דּוֹד).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אוּ אוּ – שׁוּרוּק וְקֻבּוּץ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קראו: בּוּ – מוּ – לוּ – סֻ – דֻּ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עם הצליל "אוּ" (כמו: סוּס).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מילה עם שורוק ומילה עם קובוץ (כמו: סוּס, כֻּלָּם).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אְ שְׁוָא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מילים עם שווא: שְׁמִי, בְּרָכָה, לְבָנָה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שמתחילות באות עם שווא (כמו: זְמַן).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ונקדו 2 מילים עם שווא (כמו: סְפָרִים, כְּתַבְתֶּם).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E64980"/>
          <w:sz w:val="40"/>
          <w:rtl/>
          <w:szCs w:val="40"/>
          <w:bCs/>
        </w:rPr>
        <w:t>🔤 קוביית צלילי הניקוד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e6498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קוראים הברות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אַ אַ – קָמָץ וּפַתָּח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קראו: בָּ – מַ – לָ – דַּ – תָּ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אֶ אֶ – צֵירֵי וּסֶגּוֹל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קראו: בֵּ – מֶ – לֵ – סֶ – רֵ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אִ אִי – חִירִיק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קראו: בִּי – מִי – לִי – סִי – דִּי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אוֹ אוֹ – חוֹלָם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קראו: בּוֹ – מוֹ – לוֹ – סוֹ – דּוֹ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אוּ אוּ – שׁוּרוּק וְקֻבּוּץ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קראו: בּוּ – מוּ – לוּ – סֻ – דֻּ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אְ שְׁוָא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מילים עם שווא: שְׁמִי, בְּרָכָה, לְבָנָה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E64980"/>
          <w:sz w:val="40"/>
          <w:rtl/>
          <w:szCs w:val="40"/>
          <w:bCs/>
        </w:rPr>
        <w:t>🔤 קוביית צלילי הניקוד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🔤 ניקוד – נקודות וקווים ליד האותיות   |   👂 צליל – מה שומעים   |   🧩 הברה – חלק של מילה: בָּ   |   📖 לקרוא – להגיד מה כתוב   |   🗨️ מילה – למשל: סוּס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e6498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קוראים הברות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אַ אַ – קָמָץ וּפַתָּח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קראו: בָּ – מַ – לָ – דַּ – תָּ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אֶ אֶ – צֵירֵי וּסֶגּוֹל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קראו: בֵּ – מֶ – לֵ – סֶ – רֵ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אִ אִי – חִירִיק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קראו: בִּי – מִי – לִי – סִי – דִּי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אוֹ אוֹ – חוֹלָם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קראו: בּוֹ – מוֹ – לוֹ – סוֹ – דּוֹ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אוּ אוּ – שׁוּרוּק וְקֻבּוּץ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קראו: בּוּ – מוּ – לוּ – סֻ – דֻּ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אְ שְׁוָא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מילים עם שווא: שְׁמִי, בְּרָכָה, לְבָנָה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קוביית צלילי הניקוד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